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 Unicode MS" w:hAnsi="Arial Unicode MS" w:eastAsia="Arial Unicode MS"/>
          <w:b/>
          <w:i w:val="0"/>
          <w:color w:val="B06A00"/>
          <w:sz w:val="18"/>
        </w:rPr>
        <w:t>FIELD GUIDE  ·  實機驗收版</w:t>
      </w:r>
    </w:p>
    <w:p>
      <w:r>
        <w:rPr>
          <w:rFonts w:ascii="Arial Unicode MS" w:hAnsi="Arial Unicode MS" w:eastAsia="Arial Unicode MS"/>
          <w:b w:val="0"/>
          <w:i w:val="0"/>
          <w:sz w:val="36"/>
        </w:rPr>
      </w:r>
    </w:p>
    <w:p>
      <w:pPr>
        <w:spacing w:before="1040"/>
        <w:jc w:val="center"/>
      </w:pPr>
      <w:r>
        <w:rPr>
          <w:rFonts w:ascii="Arial Unicode MS" w:hAnsi="Arial Unicode MS" w:eastAsia="Arial Unicode MS"/>
          <w:b/>
          <w:color w:val="203748"/>
          <w:sz w:val="56"/>
        </w:rPr>
        <w:t>用 Claude 對話</w:t>
        <w:br/>
        <w:t>建立與教會 PM AI 員工</w:t>
      </w:r>
    </w:p>
    <w:p>
      <w:pPr>
        <w:jc w:val="center"/>
      </w:pPr>
      <w:r>
        <w:rPr>
          <w:rFonts w:ascii="Arial Unicode MS" w:hAnsi="Arial Unicode MS" w:eastAsia="Arial Unicode MS"/>
          <w:b w:val="0"/>
          <w:i w:val="0"/>
          <w:color w:val="2E74B5"/>
          <w:sz w:val="28"/>
        </w:rPr>
        <w:t>Aurion AIOS · Computer Use 端到端測試與新手使用說明</w:t>
      </w:r>
    </w:p>
    <w:p>
      <w:r>
        <w:rPr>
          <w:rFonts w:ascii="Arial Unicode MS" w:hAnsi="Arial Unicode MS" w:eastAsia="Arial Unicode MS"/>
          <w:b w:val="0"/>
          <w:i w:val="0"/>
          <w:sz w:val="20"/>
        </w:rPr>
      </w:r>
    </w:p>
    <w:p>
      <w:pPr>
        <w:jc w:val="center"/>
      </w:pPr>
      <w:r>
        <w:rPr>
          <w:rFonts w:ascii="Arial Unicode MS" w:hAnsi="Arial Unicode MS" w:eastAsia="Arial Unicode MS"/>
          <w:b w:val="0"/>
          <w:i w:val="0"/>
          <w:color w:val="667085"/>
          <w:sz w:val="23"/>
        </w:rPr>
        <w:t>從一句模糊的『幫我做一個 PM 小幫手』，到可在 Kevin 後台看到、可被 Claude 調度、可持續在同一 Session 成長的 AI 員工。</w:t>
      </w:r>
    </w:p>
    <w:p>
      <w:r>
        <w:rPr>
          <w:rFonts w:ascii="Arial Unicode MS" w:hAnsi="Arial Unicode MS" w:eastAsia="Arial Unicode MS"/>
          <w:b w:val="0"/>
          <w:i w:val="0"/>
          <w:sz w:val="4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測試日期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2026-08-30（Asia/Taipei）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測試帳號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Kevin · kevin@aurion-group.com · OWNER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測試入口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Claude 桌面版 + Aurion AIOS Remote MCP + Web 後台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文件版本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1.0 · 實機截圖 28 張</w:t>
            </w:r>
          </w:p>
        </w:tc>
      </w:tr>
    </w:tbl>
    <w:p>
      <w:pPr>
        <w:jc w:val="center"/>
      </w:pPr>
      <w:r>
        <w:rPr>
          <w:rFonts w:ascii="Arial Unicode MS" w:hAnsi="Arial Unicode MS" w:eastAsia="Arial Unicode MS"/>
          <w:b w:val="0"/>
          <w:i/>
          <w:color w:val="667085"/>
          <w:sz w:val="19"/>
        </w:rPr>
        <w:t>內部操作手冊 · 可交給不熟 AI 的主管或新人照著做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ONE-MINUTE ANSWER</w:t>
      </w:r>
    </w:p>
    <w:p>
      <w:pPr>
        <w:pStyle w:val="Heading1"/>
      </w:pPr>
      <w:r>
        <w:t>先看結論：這次真的建立成功了嗎？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F7A55"/>
          <w:left w:val="single" w:sz="8" w:color="1F7A55"/>
          <w:bottom w:val="single" w:sz="8" w:color="1F7A55"/>
          <w:right w:val="single" w:sz="8" w:color="1F7A55"/>
          <w:insideH w:val="single" w:sz="8" w:color="1F7A55"/>
          <w:insideV w:val="single" w:sz="8" w:color="1F7A5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AF6F0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1F7A55"/>
                <w:sz w:val="21"/>
              </w:rPr>
              <w:t>結論：成功，而且是同一套系統。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Claude 桌面版透過公開 Plugin 的 Remote MCP，寫入主專案後端與同一個 Postgres。Kevin 後台看到的 PM 小幫手，就是 Claude 建立並持續訓練的同一位員工。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後台網址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https://aurion-aios.lazyoffice.app/work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Agent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PM 小幫手 · 01M19GCAF09DEB1JXZV7QRYATK · ACTIVE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訓練 Session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01M19EZ8YSPGKZGMZGQ00Q8QR8 · ACTIVE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Skill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進度整理與落後判斷 · 01M19GW19BWVKK2JBC66B5TVKF · v3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Workflow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手動進度整理 · 01M19GCAGPQT1CXWD0WX6D8GP4 · ENABLED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Plugin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aurion-aios-builder 1.7.3 · Remote MCP 已連線</w:t>
            </w:r>
          </w:p>
        </w:tc>
      </w:tr>
    </w:tbl>
    <w:p>
      <w:pPr>
        <w:pStyle w:val="Heading2"/>
      </w:pPr>
      <w:r>
        <w:t>最後狀態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Kevin 工作台只看到一位 PM 小幫手；部門是「專案管理」。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員工只掛一個同名 Skill；重訓會更新同一個 Skill 並加版本，不再複製。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建立與重訓直接 activate；Web、MCP、Claude/Codex 入口都不再要求 FDE 或 Builder 試跑。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四次實際 Run 都成功；另有一次故意用錯 Agent ID，正確回 404 且沒有建立 Run。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-browser-kevin-pm-agent-final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Kevin 工作台最終驗證：ACTIVE、部門專案管理、唯一技能。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SAME SYSTEM</w:t>
      </w:r>
    </w:p>
    <w:p>
      <w:pPr>
        <w:pStyle w:val="Heading1"/>
      </w:pPr>
      <w:r>
        <w:t>系統怎麼串在一起？</w:t>
      </w:r>
    </w:p>
    <w:p>
      <w:r>
        <w:rPr>
          <w:rFonts w:ascii="Arial Unicode MS" w:hAnsi="Arial Unicode MS" w:eastAsia="Arial Unicode MS"/>
          <w:b w:val="0"/>
          <w:i w:val="0"/>
        </w:rPr>
        <w:t>把它想成一間公司的同一份員工檔案：Claude 是對話入口，Plugin/MCP 是櫃檯，AIOS 後端是人事系統，Web 後台只是另一個查看與操作畫面。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2088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入口</w:t>
            </w:r>
          </w:p>
        </w:tc>
        <w:tc>
          <w:tcPr>
            <w:tcW w:type="dxa" w:w="5400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實際做的事</w:t>
            </w:r>
          </w:p>
        </w:tc>
        <w:tc>
          <w:tcPr>
            <w:tcW w:type="dxa" w:w="2088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是否同一資料</w:t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Claude 桌面版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用自然語言訪談、續訓、呼叫員工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是</w:t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公開 Plugin / Remote MCP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把 Claude 的工具呼叫送到 AIOS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是</w:t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AIOS Web 後台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查看 Agent、Skill、Workflow、Run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是</w:t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Codex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可透過同一 MCP 建立、續訓、呼叫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是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為什麼以前會覺得『MCP 有連，卻說沒連』？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Claude 主會話的 MCP 連線、Plugin 自己的 OAuth、以及伺服器另外啟動的 claude -p 子行程是三件事。舊的 Computer deny 錯誤發生在子行程工具名稱驗證，不代表 Remote MCP 斷線。現在 CLI 已登入，公開 Plugin MCP 也顯示 Connected。</w:t>
            </w:r>
          </w:p>
        </w:tc>
      </w:tr>
    </w:tbl>
    <w:p>
      <w:pPr>
        <w:pStyle w:val="Heading2"/>
      </w:pPr>
      <w:r>
        <w:t>目前的標準建置 Prompt 架構</w:t>
      </w:r>
    </w:p>
    <w:p>
      <w:r>
        <w:rPr>
          <w:rFonts w:ascii="Arial Unicode MS" w:hAnsi="Arial Unicode MS" w:eastAsia="Arial Unicode MS"/>
          <w:b w:val="0"/>
          <w:i w:val="0"/>
        </w:rPr>
        <w:t>有。它不是一整坨無限增長的 system prompt，而是分層組合：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入口 Skill：判斷是在建立員工、繼續教既有員工，還是直接呼叫員工。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Builder 身分與訪談段落：一次問一個最重要的問題，從模糊需求逐步收斂。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完整 Snapshot 合約：每次更新都帶回 Agent、Skill、Workflow、限制、記憶與測試規則。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反思與教訓：遇到錯誤就改規則，但以重寫、去重與邊界案例取代無限堆疊。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直接啟用：使用者確認後 activate；不走 FDE、Shadow chat 或強制 Builder test。</w:t>
      </w:r>
    </w:p>
    <w:p>
      <w:r>
        <w:rPr>
          <w:rFonts w:ascii="Arial Unicode MS" w:hAnsi="Arial Unicode MS" w:eastAsia="Arial Unicode MS"/>
          <w:b w:val="0"/>
          <w:i w:val="0"/>
          <w:color w:val="667085"/>
          <w:sz w:val="18"/>
        </w:rPr>
        <w:t>主要來源：aios-data/prompts/builder/*.section.md，以及 aios-mcp Plugin 內的 build-aios-agent / use-aios-agent Skills。設計參考 DeepSeek Harness 的『意圖分流、問清楚、可重複執行』框架，但內容與資料結構仍是 Aurion AIOS。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CLEAN BASELINE</w:t>
      </w:r>
    </w:p>
    <w:p>
      <w:pPr>
        <w:pStyle w:val="Heading1"/>
      </w:pPr>
      <w:r>
        <w:t>測試前先清空：清什麼、怎麼保留後路？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B06A00"/>
          <w:left w:val="single" w:sz="8" w:color="B06A00"/>
          <w:bottom w:val="single" w:sz="8" w:color="B06A00"/>
          <w:right w:val="single" w:sz="8" w:color="B06A00"/>
          <w:insideH w:val="single" w:sz="8" w:color="B06A00"/>
          <w:insideV w:val="single" w:sz="8" w:color="B06A00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FFF4E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B06A00"/>
                <w:sz w:val="21"/>
              </w:rPr>
              <w:t>清空原則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只清除舊的 PM 測試資料，不動 Kevin 的其他正式員工。資料庫與員工檔案都先備份或移到封存區，出事仍可復原。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資料庫備份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web os system/backups/pm-e2e-preclear-20260830.dump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舊檔封存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/Users/kevin/Documents/aurion-archive/pm-e2e-preclear-20260830/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清除範圍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舊 PM Agent / Builder Session / Skill / Workflow / Run / CostLog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保留範圍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AuditLog 與 Kevin 其他正式員工全部保留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清空後檢查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舊 PM 關聯資料計數為 0，再開始建立</w:t>
            </w:r>
          </w:p>
        </w:tc>
      </w:tr>
    </w:tbl>
    <w:p>
      <w:pPr>
        <w:pStyle w:val="Heading2"/>
      </w:pPr>
      <w:r>
        <w:t>登入與連線檢查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Claude CLI：已登入 kevin@aurion-group.com，方案 Max。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Plugin Remote MCP：https://aurion-aios-mcp.lazyoffice.app/mcp，狀態 Connected。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AIOS 後端 health：ok、db=true；Remote MCP health：ok、oauth。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browser-mcp-auth-success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瀏覽器完成 Aurion AIOS MCP OAuth 登入。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VAGUE TO PRECISE</w:t>
      </w:r>
    </w:p>
    <w:p>
      <w:pPr>
        <w:pStyle w:val="Heading1"/>
      </w:pPr>
      <w:r>
        <w:t>第一步：故意講得像一般主管</w:t>
      </w:r>
    </w:p>
    <w:p>
      <w:r>
        <w:rPr>
          <w:rFonts w:ascii="Arial Unicode MS" w:hAnsi="Arial Unicode MS" w:eastAsia="Arial Unicode MS"/>
          <w:b w:val="0"/>
          <w:i w:val="0"/>
        </w:rPr>
        <w:t>不要先寫規格書。先用人會講的話，讓系統負責追問。這也是本次測試最重要的驗收點。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一開始下的指令（模糊版）</w:t>
              <w:br/>
            </w:r>
            <w:r>
              <w:rPr>
                <w:rFonts w:ascii="Arial Unicode MS" w:hAnsi="Arial Unicode MS" w:eastAsia="Arial Unicode MS"/>
                <w:sz w:val="19"/>
              </w:rPr>
              <w:t>我想要一個 PM 小幫手，幫我把大家回報的進度整理好，告訴我哪裡有問題、接下來要做什麼。你不要自己亂決定，不清楚就問我；一次問一個問題。</w:t>
            </w:r>
          </w:p>
        </w:tc>
      </w:tr>
    </w:tbl>
    <w:p>
      <w:pPr>
        <w:pStyle w:val="Heading2"/>
      </w:pPr>
      <w:r>
        <w:t>Claude 怎麼回答？</w:t>
      </w:r>
    </w:p>
    <w:p>
      <w:r>
        <w:rPr>
          <w:rFonts w:ascii="Arial Unicode MS" w:hAnsi="Arial Unicode MS" w:eastAsia="Arial Unicode MS"/>
          <w:b w:val="0"/>
          <w:i w:val="0"/>
        </w:rPr>
        <w:t>它沒有立刻假裝懂，而是照順序問：</w:t>
      </w:r>
    </w:p>
    <w:p>
      <w:pPr>
        <w:pStyle w:val="ListNumber"/>
        <w:spacing w:after="60"/>
      </w:pPr>
      <w:r>
        <w:rPr>
          <w:rFonts w:ascii="Arial Unicode MS" w:hAnsi="Arial Unicode MS" w:eastAsia="Arial Unicode MS"/>
          <w:sz w:val="20"/>
        </w:rPr>
        <w:t>進度資料平常放在哪裡？</w:t>
      </w:r>
    </w:p>
    <w:p>
      <w:pPr>
        <w:pStyle w:val="ListNumber"/>
        <w:spacing w:after="60"/>
      </w:pPr>
      <w:r>
        <w:rPr>
          <w:rFonts w:ascii="Arial Unicode MS" w:hAnsi="Arial Unicode MS" w:eastAsia="Arial Unicode MS"/>
          <w:sz w:val="20"/>
        </w:rPr>
        <w:t>什麼情況叫注意、落後、阻塞？</w:t>
      </w:r>
    </w:p>
    <w:p>
      <w:pPr>
        <w:pStyle w:val="ListNumber"/>
        <w:spacing w:after="60"/>
      </w:pPr>
      <w:r>
        <w:rPr>
          <w:rFonts w:ascii="Arial Unicode MS" w:hAnsi="Arial Unicode MS" w:eastAsia="Arial Unicode MS"/>
          <w:sz w:val="20"/>
        </w:rPr>
        <w:t>你要什麼固定輸出格式？</w:t>
      </w:r>
    </w:p>
    <w:p>
      <w:pPr>
        <w:pStyle w:val="ListNumber"/>
        <w:spacing w:after="60"/>
      </w:pPr>
      <w:r>
        <w:rPr>
          <w:rFonts w:ascii="Arial Unicode MS" w:hAnsi="Arial Unicode MS" w:eastAsia="Arial Unicode MS"/>
          <w:sz w:val="20"/>
        </w:rPr>
        <w:t>可以給一份真實但凌亂的例子嗎？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合格的行為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缺資訊時，問題要回到同一個 Claude 對話讓人回答；不能悄悄猜答案，也不能跳去建立另一個 Agent。</w:t>
            </w:r>
          </w:p>
        </w:tc>
      </w:tr>
    </w:tbl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laude-first-questio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Claude 沒有猜資料來源，先問進度平常放在哪裡。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ANSWERING QUESTIONS</w:t>
      </w:r>
    </w:p>
    <w:p>
      <w:pPr>
        <w:pStyle w:val="Heading1"/>
      </w:pPr>
      <w:r>
        <w:t>第二步：把主管心裡的標準講清楚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回答 1：資料來源</w:t>
              <w:br/>
            </w:r>
            <w:r>
              <w:rPr>
                <w:rFonts w:ascii="Arial Unicode MS" w:hAnsi="Arial Unicode MS" w:eastAsia="Arial Unicode MS"/>
                <w:sz w:val="19"/>
              </w:rPr>
              <w:t>大家回報很散。第一版先讓我手動貼文字進來，不接其他系統。少資料就問我，不要猜。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回答 2：狀態規則</w:t>
              <w:br/>
            </w:r>
            <w:r>
              <w:rPr>
                <w:rFonts w:ascii="Arial Unicode MS" w:hAnsi="Arial Unicode MS" w:eastAsia="Arial Unicode MS"/>
                <w:sz w:val="19"/>
              </w:rPr>
              <w:t>期限三天內還沒完成叫注意；過期沒完成叫落後；我明說卡住才叫阻塞；沒期限就寫缺期限、待確認，不要因為沒動靜就說落後。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回答 3：固定格式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請固定六段：今日結論、狀態表、前三大風險、阻塞與依賴、下一步行動、需要 Kevin 決策。用繁體中文，短一點；有衝突一定要講。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回答 4：真實雜亂案例</w:t>
              <w:br/>
            </w:r>
            <w:r>
              <w:rPr>
                <w:rFonts w:ascii="Arial Unicode MS" w:hAnsi="Arial Unicode MS" w:eastAsia="Arial Unicode MS"/>
                <w:sz w:val="19"/>
              </w:rPr>
              <w:t>網站 9/15；首頁 Amy 做完；付款 Ben 8/28 還沒完成，測試環境被 DevOps 卡住，9/3 才會恢復；會員中心 Carol 做一半，但會議寫 9/20、表格寫 9/12。</w:t>
            </w:r>
          </w:p>
        </w:tc>
      </w:tr>
    </w:tbl>
    <w:p>
      <w:r>
        <w:rPr>
          <w:rFonts w:ascii="Arial Unicode MS" w:hAnsi="Arial Unicode MS" w:eastAsia="Arial Unicode MS"/>
          <w:b w:val="0"/>
          <w:i w:val="0"/>
          <w:color w:val="667085"/>
        </w:rPr>
        <w:t>這四次回答把『幫我管進度』變成可測的工作規則，但仍然是主管會說的話，不需要懂 JSON、Workflow 或 Prompt Engineering。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laude-third-question-output-format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第三個問題：Kevin 想看到什麼報告格式。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FEEDBACK LOOP</w:t>
      </w:r>
    </w:p>
    <w:p>
      <w:pPr>
        <w:pStyle w:val="Heading1"/>
      </w:pPr>
      <w:r>
        <w:t>第三步：第一次試教出錯，要怎麼教回來？</w:t>
      </w:r>
    </w:p>
    <w:p>
      <w:r>
        <w:rPr>
          <w:rFonts w:ascii="Arial Unicode MS" w:hAnsi="Arial Unicode MS" w:eastAsia="Arial Unicode MS"/>
          <w:b w:val="0"/>
          <w:i w:val="0"/>
        </w:rPr>
        <w:t>第一次輸出不是全對，這很正常。真正重要的是能不能在同一段訓練裡把錯誤變成下一版規則。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3024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第一次錯在哪</w:t>
            </w:r>
          </w:p>
        </w:tc>
        <w:tc>
          <w:tcPr>
            <w:tcW w:type="dxa" w:w="3312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主管怎麼說</w:t>
            </w:r>
          </w:p>
        </w:tc>
        <w:tc>
          <w:tcPr>
            <w:tcW w:type="dxa" w:w="3240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變成的規則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有阻塞里程碑卻把整體標正常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只要有阻塞或落後，整體至少注意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新增彙整規則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自行推斷付款整合是必要依賴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沒講的依賴不要自己補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未提供／待確認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把 Kevin 當負責人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我沒指定就寫待補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不得自行指派任何人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說沒有跨專案依賴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沒資料不能說沒有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未提供／待確認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實際修正 Prompt</w:t>
              <w:br/>
            </w:r>
            <w:r>
              <w:rPr>
                <w:rFonts w:ascii="Arial Unicode MS" w:hAnsi="Arial Unicode MS" w:eastAsia="Arial Unicode MS"/>
                <w:sz w:val="19"/>
              </w:rPr>
              <w:t>剛剛有四個錯：整體狀態太樂觀、你自己猜了依賴、你把 Kevin 當負責人、沒有資料卻說沒有跨專案依賴。請把這四點變成固定規則，再用同一份資料重做一次。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迭代原則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每次遇到真錯誤才改 Prompt；把重複規則合併成一條，把例外放進邊界案例與測試，不是一直往後堆字。</w:t>
            </w:r>
          </w:p>
        </w:tc>
      </w:tr>
    </w:tbl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claude-corrected-demo-output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主管用自然語句糾正後，同一對話立即重做。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ACTIVATION</w:t>
      </w:r>
    </w:p>
    <w:p>
      <w:pPr>
        <w:pStyle w:val="Heading1"/>
      </w:pPr>
      <w:r>
        <w:t>第四步：直接啟用，不經 FDE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啟用 Prompt</w:t>
              <w:br/>
            </w:r>
            <w:r>
              <w:rPr>
                <w:rFonts w:ascii="Arial Unicode MS" w:hAnsi="Arial Unicode MS" w:eastAsia="Arial Unicode MS"/>
                <w:sz w:val="19"/>
              </w:rPr>
              <w:t>這個版本可以用了。請把同一個 session 的完整 Agent、Skill 和 Workflow 同步到 AIOS，直接 activate；不要送 FDE、不要另開新的訓練 session。完成後告訴我 Agent ID。</w:t>
            </w:r>
          </w:p>
        </w:tc>
      </w:tr>
    </w:tbl>
    <w:p>
      <w:r>
        <w:rPr>
          <w:rFonts w:ascii="Arial Unicode MS" w:hAnsi="Arial Unicode MS" w:eastAsia="Arial Unicode MS"/>
          <w:b w:val="0"/>
          <w:i w:val="0"/>
        </w:rPr>
        <w:t>啟用後得到：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Agent ID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01M19GCAF09DEB1JXZV7QRYATK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Session ID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01M19EZ8YSPGKZGMZGQ00Q8QR8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狀態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ACTIVE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呼叫方式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list_available_agents → get_agent_capabilities → invoke_agent → get_agent_run</w:t>
            </w:r>
          </w:p>
        </w:tc>
      </w:tr>
    </w:tbl>
    <w:p>
      <w:r>
        <w:rPr>
          <w:rFonts w:ascii="Arial Unicode MS" w:hAnsi="Arial Unicode MS" w:eastAsia="Arial Unicode MS"/>
          <w:b w:val="0"/>
          <w:i w:val="0"/>
          <w:color w:val="667085"/>
          <w:sz w:val="18"/>
        </w:rPr>
        <w:t>系統仍保留限制、成本、工具 allowlist、身分隔離與高風險執行守門；拿掉的是訓練發布的 FDE 審核，不是拿掉所有安全措施。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310923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laude-activation-success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109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Claude 透過 Remote MCP 建立並啟用 PM 小幫手。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DURABLE SESSION</w:t>
      </w:r>
    </w:p>
    <w:p>
      <w:pPr>
        <w:pStyle w:val="Heading1"/>
      </w:pPr>
      <w:r>
        <w:t>同一位員工怎麼持續成長？</w:t>
      </w:r>
    </w:p>
    <w:p>
      <w:r>
        <w:rPr>
          <w:rFonts w:ascii="Arial Unicode MS" w:hAnsi="Arial Unicode MS" w:eastAsia="Arial Unicode MS"/>
          <w:b w:val="0"/>
          <w:i w:val="0"/>
        </w:rPr>
        <w:t>Claude 前端可以換新對話，但 AIOS 後端要續接同一個訓練 Session。做法很簡單：帶原本的 agentId 呼叫 start_agent_build。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續訓 Prompt 範例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請繼續教現有的 PM 小幫手，不是建立新的。Agent ID 是 01M19GCAF09DEB1JXZV7QRYATK。把部門改成專案管理；日期若有兩個互相衝突的版本，要在今日結論明講，而且排在 Kevin 決策第一項。其他規則都保留，完成後直接 activate。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這次驗證結果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Claude 換了一個前端對話後，仍續接後端 Session 01M19EZ8YSPGKZGMZGQ00Q8QR8；Agent ID 沒變、只有一位 PM 小幫手。</w:t>
            </w:r>
          </w:p>
        </w:tc>
      </w:tr>
    </w:tbl>
    <w:p>
      <w:pPr>
        <w:pStyle w:val="Heading2"/>
      </w:pPr>
      <w:r>
        <w:t>v3 最後新增的教訓</w:t>
      </w:r>
    </w:p>
    <w:p>
      <w:r>
        <w:rPr>
          <w:rFonts w:ascii="Arial Unicode MS" w:hAnsi="Arial Unicode MS" w:eastAsia="Arial Unicode MS"/>
          <w:b w:val="0"/>
          <w:i w:val="0"/>
        </w:rPr>
        <w:t>第一次正常情境裡，員工多問了『請確認沒有日期衝突』。這不是大錯，但會製造無效決策。因此再教一次：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品質修正 Prompt</w:t>
              <w:br/>
            </w:r>
            <w:r>
              <w:rPr>
                <w:rFonts w:ascii="Arial Unicode MS" w:hAnsi="Arial Unicode MS" w:eastAsia="Arial Unicode MS"/>
                <w:sz w:val="19"/>
              </w:rPr>
              <w:t>如果輸入沒有日期衝突，就不要為了確認『沒有衝突』新增決策題；只有真的出現兩個以上互相矛盾的日期，才套用日期衝突規則並排第一。把這條放進 Skill、禁止事項、邊界案例與測試，再直接 activate。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Agent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同一 ID，不變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Session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同一 ID，不變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Skill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同一 ID，v2 → v3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重複 Skill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0；舊重複已軟刪除並解除掛載</w:t>
            </w:r>
          </w:p>
        </w:tc>
      </w:tr>
    </w:tbl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DAILY WORKFLOW</w:t>
      </w:r>
    </w:p>
    <w:p>
      <w:pPr>
        <w:pStyle w:val="Heading1"/>
      </w:pPr>
      <w:r>
        <w:t>實際使用：一般人要怎麼叫它做事？</w:t>
      </w:r>
    </w:p>
    <w:p>
      <w:r>
        <w:rPr>
          <w:rFonts w:ascii="Arial Unicode MS" w:hAnsi="Arial Unicode MS" w:eastAsia="Arial Unicode MS"/>
          <w:b w:val="0"/>
          <w:i w:val="0"/>
        </w:rPr>
        <w:t>一般使用不需要知道 Workflow ID。直接講要整理哪一份進度，再把原始資料貼上。Claude 會找出可用員工、確認能力、呼叫並等待完成。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最簡單的使用 Prompt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請用 PM 小幫手整理下面的專案進度。今天是 2026/8/30。資料如下：…… 請等它真的跑完，再把最終報告原樣給我；不要把 RUNNING 說成完成。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想測得更嚴謹時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請先用 list_available_agents 找 PM 小幫手，再用 get_agent_capabilities 確認它會『手動進度整理』，接著 invoke_agent。拿到 runId 後，每 20～30 秒依序查一次 get_agent_run，直到 SUCCEEDED 或 FAILED。不要開背景計時器。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4939"/>
        <w:gridCol w:w="4939"/>
      </w:tblGrid>
      <w:tr>
        <w:trPr>
          <w:tblHeader w:val="true"/>
        </w:trPr>
        <w:tc>
          <w:tcPr>
            <w:tcW w:type="dxa" w:w="3024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你說的話</w:t>
            </w:r>
          </w:p>
        </w:tc>
        <w:tc>
          <w:tcPr>
            <w:tcW w:type="dxa" w:w="6552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它應該怎麼處理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資料完整</w:t>
            </w:r>
          </w:p>
        </w:tc>
        <w:tc>
          <w:tcPr>
            <w:tcW w:type="dxa" w:w="65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直接整理，仍標出少量待補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沒有期限</w:t>
            </w:r>
          </w:p>
        </w:tc>
        <w:tc>
          <w:tcPr>
            <w:tcW w:type="dxa" w:w="65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標『缺期限／待確認』並回問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明確說被卡住</w:t>
            </w:r>
          </w:p>
        </w:tc>
        <w:tc>
          <w:tcPr>
            <w:tcW w:type="dxa" w:w="65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里程碑標阻塞；整體至少注意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兩個日期互相矛盾</w:t>
            </w:r>
          </w:p>
        </w:tc>
        <w:tc>
          <w:tcPr>
            <w:tcW w:type="dxa" w:w="65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不選日期；今日結論＋決策第一項</w:t>
            </w:r>
          </w:p>
        </w:tc>
      </w:tr>
      <w:tr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Agent ID 錯</w:t>
            </w:r>
          </w:p>
        </w:tc>
        <w:tc>
          <w:tcPr>
            <w:tcW w:type="dxa" w:w="65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回 404，不建立 Run；查正確 ID 後重試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輪詢規則已寫進公開 Plugin 1.7.3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只用同一個 runId 串行輪詢、約 20～30 秒一次、終態立即停止；禁止背景 shell sleep、計時器與平行輪詢。</w:t>
            </w:r>
          </w:p>
        </w:tc>
      </w:tr>
    </w:tbl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RUNTIME EVIDENCE</w:t>
      </w:r>
    </w:p>
    <w:p>
      <w:pPr>
        <w:pStyle w:val="Heading1"/>
      </w:pPr>
      <w:r>
        <w:t>四次實際使用測試結果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469"/>
        <w:gridCol w:w="2469"/>
        <w:gridCol w:w="2469"/>
        <w:gridCol w:w="2469"/>
      </w:tblGrid>
      <w:tr>
        <w:trPr>
          <w:tblHeader w:val="true"/>
        </w:trPr>
        <w:tc>
          <w:tcPr>
            <w:tcW w:type="dxa" w:w="1656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測試</w:t>
            </w:r>
          </w:p>
        </w:tc>
        <w:tc>
          <w:tcPr>
            <w:tcW w:type="dxa" w:w="3168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輸入重點</w:t>
            </w:r>
          </w:p>
        </w:tc>
        <w:tc>
          <w:tcPr>
            <w:tcW w:type="dxa" w:w="2880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結果</w:t>
            </w:r>
          </w:p>
        </w:tc>
        <w:tc>
          <w:tcPr>
            <w:tcW w:type="dxa" w:w="1872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Run ID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A 正常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資料完整、3 天內期限、無阻塞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SUCCEEDED；六區塊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mcp_95228a7f…61c82e0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B 缺資料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無期限、供應商 API 阻塞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SUCCEEDED；阻塞＋待確認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mcp_4b44fba4…3abf85b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C 錯誤復原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假 ID → 正確 ID；日期衝突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404 無副作用 → SUCCEEDED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mcp_30f48528…984419e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D v3 回歸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沒有日期衝突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SUCCEEDED；無假決策題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mcp_ed84cd65…236bcb0</w:t>
            </w:r>
          </w:p>
        </w:tc>
      </w:tr>
    </w:tbl>
    <w:p>
      <w:pPr>
        <w:pStyle w:val="Heading2"/>
      </w:pPr>
      <w:r>
        <w:t>測試 A：一般成功情境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API 里程碑距期限 3 天，正確標『注意』。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已完成項目沒有被誤判落後。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依賴未提供時寫待確認，不自動補故事。</w:t>
      </w:r>
    </w:p>
    <w:p>
      <w:pPr>
        <w:pStyle w:val="Heading2"/>
      </w:pPr>
      <w:r>
        <w:t>測試 B：資料不完整＋明確阻塞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供應商 API 明確卡住，里程碑標『阻塞＋缺期限／待確認』。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Kevin 沒說整案走不下去，因此整體標『注意』而不是整案阻塞。</w:t>
      </w:r>
    </w:p>
    <w:p>
      <w:pPr>
        <w:pStyle w:val="Heading2"/>
      </w:pPr>
      <w:r>
        <w:t>測試 C：故意走錯再復原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假 Agent ID 回 NOT_FOUND / HTTP 404；沒有 Run、沒有副作用。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改用正確 ID 後成功；9/5 與 9/10 不自選，衝突列在結論與決策第一項。</w:t>
      </w:r>
    </w:p>
    <w:p>
      <w:pPr>
        <w:pStyle w:val="Heading2"/>
      </w:pPr>
      <w:r>
        <w:t>測試 D：v3 品質回歸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沒有日期衝突時，決策區沒有『請確認沒有衝突』，證明回寫規則有效。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ENGINEERING FIXES</w:t>
      </w:r>
    </w:p>
    <w:p>
      <w:pPr>
        <w:pStyle w:val="Heading1"/>
      </w:pPr>
      <w:r>
        <w:t>這次找到並修好的系統問題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2232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問題</w:t>
            </w:r>
          </w:p>
        </w:tc>
        <w:tc>
          <w:tcPr>
            <w:tcW w:type="dxa" w:w="3816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使用者看到什麼</w:t>
            </w:r>
          </w:p>
        </w:tc>
        <w:tc>
          <w:tcPr>
            <w:tcW w:type="dxa" w:w="3528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修正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 回應過大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每輪重複整段 transcript/harness，Claude 變慢</w:t>
            </w:r>
          </w:p>
        </w:tc>
        <w:tc>
          <w:tcPr>
            <w:tcW w:type="dxa" w:w="35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寫入工具回傳精簡摘要；resume 僅最近 6 turn＋最新完整 snapshot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部門欄位不一致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 有 department，但 REST schema 拒絕或後台仍顯示財務</w:t>
            </w:r>
          </w:p>
        </w:tc>
        <w:tc>
          <w:tcPr>
            <w:tcW w:type="dxa" w:w="35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MCP/REST/normalize/materialize 全鏈路支援 identity.department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重訓複製 Skill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同一員工掛兩個同名技能</w:t>
            </w:r>
          </w:p>
        </w:tc>
        <w:tc>
          <w:tcPr>
            <w:tcW w:type="dxa" w:w="35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以 Session canonical Skill 更新；版本遞增、失敗可補償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輪詢產生背景計時器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Claude 開多個 sleep，通知晚到且畫面混亂</w:t>
            </w:r>
          </w:p>
        </w:tc>
        <w:tc>
          <w:tcPr>
            <w:tcW w:type="dxa" w:w="35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Plugin 1.7.3 規定串行 20～30 秒輪詢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無衝突也問決策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正常案多一題無效確認</w:t>
            </w:r>
          </w:p>
        </w:tc>
        <w:tc>
          <w:tcPr>
            <w:tcW w:type="dxa" w:w="35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把真實錯誤回寫至 PM Skill v3 與測試案例</w:t>
            </w:r>
          </w:p>
        </w:tc>
      </w:tr>
    </w:tbl>
    <w:p>
      <w:pPr>
        <w:pStyle w:val="Heading2"/>
      </w:pPr>
      <w:r>
        <w:t>舊問題的釐清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Computer deny 不是 MCP 斷線；舊版 Shadow 子行程傳入不存在的 Computer 工具名。現行 source / dist 已無此規則。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舊 Agent 404 不是兩個專案；是 Builder release gate 把缺 finalized 證據的歷史 Agent 隱藏。現行直接 activate 路徑已建立 ACTIVE、可呼叫證據。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2026-08-28 07:05 的呼叫是 setup verifier，不是員工 runtime；真正 runtime 成功另有 Run / CostLog / mcp_dispatch 證據。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2E74B5"/>
          <w:left w:val="single" w:sz="8" w:color="2E74B5"/>
          <w:bottom w:val="single" w:sz="8" w:color="2E74B5"/>
          <w:right w:val="single" w:sz="8" w:color="2E74B5"/>
          <w:insideH w:val="single" w:sz="8" w:color="2E74B5"/>
          <w:insideV w:val="single" w:sz="8" w:color="2E74B5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2E74B5"/>
                <w:sz w:val="21"/>
              </w:rPr>
              <w:t>仍然保留的安全邊界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Remote MCP 依帳號隔離；只有自己的 ACTIVE Agent 可列出與呼叫。成本、工具 allowlist、限制、redaction 與高風險 Run 守門仍生效。</w:t>
            </w:r>
          </w:p>
        </w:tc>
      </w:tr>
    </w:tbl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COPY AND ADAPT</w:t>
      </w:r>
    </w:p>
    <w:p>
      <w:pPr>
        <w:pStyle w:val="Heading1"/>
      </w:pPr>
      <w:r>
        <w:t>新手 Prompt 範本：從模糊到精準</w:t>
      </w:r>
    </w:p>
    <w:p>
      <w:pPr>
        <w:pStyle w:val="Heading2"/>
      </w:pPr>
      <w:r>
        <w:t>1. 只有一個大概想法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你可以這樣說</w:t>
              <w:br/>
            </w:r>
            <w:r>
              <w:rPr>
                <w:rFonts w:ascii="Arial Unicode MS" w:hAnsi="Arial Unicode MS" w:eastAsia="Arial Unicode MS"/>
                <w:sz w:val="19"/>
              </w:rPr>
              <w:t>我想要一個幫我管專案進度的人。我也不太確定怎麼設計，你一次問我一個最重要的問題；不清楚的不要猜。</w:t>
            </w:r>
          </w:p>
        </w:tc>
      </w:tr>
    </w:tbl>
    <w:p>
      <w:pPr>
        <w:pStyle w:val="Heading2"/>
      </w:pPr>
      <w:r>
        <w:t>2. 它問得太技術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你可以這樣說</w:t>
              <w:br/>
            </w:r>
            <w:r>
              <w:rPr>
                <w:rFonts w:ascii="Arial Unicode MS" w:hAnsi="Arial Unicode MS" w:eastAsia="Arial Unicode MS"/>
                <w:sz w:val="19"/>
              </w:rPr>
              <w:t>我聽不懂技術名詞。請用主管教新人的方式重問，最好給我兩個簡短例子，但不要替我選。</w:t>
            </w:r>
          </w:p>
        </w:tc>
      </w:tr>
    </w:tbl>
    <w:p>
      <w:pPr>
        <w:pStyle w:val="Heading2"/>
      </w:pPr>
      <w:r>
        <w:t>3. 第一次輸出有問題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你可以這樣說</w:t>
              <w:br/>
            </w:r>
            <w:r>
              <w:rPr>
                <w:rFonts w:ascii="Arial Unicode MS" w:hAnsi="Arial Unicode MS" w:eastAsia="Arial Unicode MS"/>
                <w:sz w:val="19"/>
              </w:rPr>
              <w:t>剛剛第 2 段有錯：我沒有說 Alex 是負責人。以後沒指定人就寫『待補』，而且放到需要我決策的地方。請把這變成固定規則，再用同一份資料重做。</w:t>
            </w:r>
          </w:p>
        </w:tc>
      </w:tr>
    </w:tbl>
    <w:p>
      <w:pPr>
        <w:pStyle w:val="Heading2"/>
      </w:pPr>
      <w:r>
        <w:t>4. 想繼續教同一位員工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你可以這樣說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請繼續教現有的 PM 小幫手，不要建立新的。先用 agentId 續接原本訓練 session；保留舊規則，只加入這次的新教訓，完成後直接 activate。</w:t>
            </w:r>
          </w:p>
        </w:tc>
      </w:tr>
    </w:tbl>
    <w:p>
      <w:pPr>
        <w:pStyle w:val="Heading2"/>
      </w:pPr>
      <w:r>
        <w:t>5. 想直接叫它做事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8A2B3"/>
          <w:left w:val="single" w:sz="6" w:color="98A2B3"/>
          <w:bottom w:val="single" w:sz="6" w:color="98A2B3"/>
          <w:right w:val="single" w:sz="6" w:color="98A2B3"/>
          <w:insideH w:val="single" w:sz="6" w:color="98A2B3"/>
          <w:insideV w:val="single" w:sz="6" w:color="98A2B3"/>
        </w:tblBorders>
      </w:tblPr>
      <w:tblGrid>
        <w:gridCol w:w="9878"/>
      </w:tblGrid>
      <w:tr>
        <w:tc>
          <w:tcPr>
            <w:tcW w:type="dxa" w:w="9576"/>
            <w:shd w:fill="F4F7F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2E74B5"/>
                <w:sz w:val="19"/>
              </w:rPr>
              <w:t>你可以這樣說</w:t>
              <w:br/>
            </w:r>
            <w:r>
              <w:rPr>
                <w:rFonts w:ascii="Arial Unicode MS" w:hAnsi="Arial Unicode MS" w:eastAsia="Arial Unicode MS"/>
                <w:sz w:val="19"/>
              </w:rPr>
              <w:t>請叫 PM 小幫手整理下面內容，等 Run 真的完成再回覆。資料不足就列待補，不要自動決定。</w:t>
            </w:r>
          </w:p>
        </w:tc>
      </w:tr>
    </w:tbl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TROUBLESHOOTING</w:t>
      </w:r>
    </w:p>
    <w:p>
      <w:pPr>
        <w:pStyle w:val="Heading1"/>
      </w:pPr>
      <w:r>
        <w:t>遇到問題時怎麼處理？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4939"/>
        <w:gridCol w:w="4939"/>
      </w:tblGrid>
      <w:tr>
        <w:trPr>
          <w:tblHeader w:val="true"/>
        </w:trPr>
        <w:tc>
          <w:tcPr>
            <w:tcW w:type="dxa" w:w="3096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看到的狀況</w:t>
            </w:r>
          </w:p>
        </w:tc>
        <w:tc>
          <w:tcPr>
            <w:tcW w:type="dxa" w:w="6480"/>
            <w:shd w:fill="20374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Arial Unicode MS" w:hAnsi="Arial Unicode MS" w:eastAsia="Arial Unicode MS"/>
                <w:b/>
                <w:color w:val="FFFFFF"/>
                <w:sz w:val="18"/>
              </w:rPr>
              <w:t>先怎麼說／怎麼查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Claude 說找不到 Agent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先 list_available_agents，不要手打猜測 ID；foreign / archived / not ACTIVE 都以 404 回應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MCP 顯示要登入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重新連 Aurion AIOS Remote MCP；瀏覽器同意後再看 claude mcp list 是否 Connected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一直停在 RUNNING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保留 runId，20～30 秒串行查 get_agent_run；不要開多個背景 sleep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改規則後又多一位員工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續訓時 start_agent_build 必須帶原 agentId；檢查 returned sessionId 是否原值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又出現同名 Skill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檢查 canonical Skill ID 是否沿用、version 是否遞增；不應新增第二列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輸出開始亂猜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指出具體一句錯誤，改成禁止事項＋邊界案例＋可重跑測試；不要只說『再聰明一點』</w:t>
            </w:r>
          </w:p>
        </w:tc>
      </w:tr>
      <w:t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後台資料看起來舊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7"/>
              </w:rPr>
              <w:t>重新整理 /work，再看員工詳情頁的部門、Role Prompt、Skill 與 Workflow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B42318"/>
          <w:left w:val="single" w:sz="8" w:color="B42318"/>
          <w:bottom w:val="single" w:sz="8" w:color="B42318"/>
          <w:right w:val="single" w:sz="8" w:color="B42318"/>
          <w:insideH w:val="single" w:sz="8" w:color="B42318"/>
          <w:insideV w:val="single" w:sz="8" w:color="B42318"/>
        </w:tblBorders>
      </w:tblPr>
      <w:tblGrid>
        <w:gridCol w:w="9576"/>
      </w:tblGrid>
      <w:tr>
        <w:tc>
          <w:tcPr>
            <w:tcW w:type="dxa" w:w="9576"/>
            <w:tcMar>
              <w:top w:w="140" w:type="dxa"/>
              <w:start w:w="180" w:type="dxa"/>
              <w:bottom w:w="140" w:type="dxa"/>
              <w:end w:w="180" w:type="dxa"/>
            </w:tcMar>
            <w:shd w:fill="FDECEC"/>
          </w:tcPr>
          <w:p>
            <w:pPr>
              <w:spacing w:after="60"/>
            </w:pPr>
            <w:r>
              <w:rPr>
                <w:rFonts w:ascii="Arial Unicode MS" w:hAnsi="Arial Unicode MS" w:eastAsia="Arial Unicode MS"/>
                <w:b/>
                <w:color w:val="B42318"/>
                <w:sz w:val="21"/>
              </w:rPr>
              <w:t>不要做的事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sz w:val="20"/>
              </w:rPr>
              <w:t>不要把 QUEUED/RUNNING 當完成；不要用錯 ID 後硬說成功；不要直接改 DB 狀態冒充 activate；不要因為主會話 MCP 有連，就假設 Plugin OAuth 或另一個子行程也一定相同。</w:t>
            </w:r>
          </w:p>
        </w:tc>
      </w:tr>
    </w:tbl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HANDOFF</w:t>
      </w:r>
    </w:p>
    <w:p>
      <w:pPr>
        <w:pStyle w:val="Heading1"/>
      </w:pPr>
      <w:r>
        <w:t>最終驗收清單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Claude CLI loggedIn=true，帳號 kevin@aurion-group.com。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公開 Plugin aurion-aios-builder 1.7.3 已推送並更新；Remote MCP Connected。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AIOS server /api/health：status=ok、db=true；Remote MCP /healthz：ok、oauth。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Kevin 後台 /work 可見 PM 小幫手，狀態 ACTIVE，部門專案管理。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Agent、Session、Skill、Workflow ID 都已實讀；Skill 只有一個、version=3。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跨 Claude 對話續訓仍回到同一後端 Session；Agent ID 不變。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錯誤 ID 回 404 且無 Run；正常／缺資料／衝突／v3 回歸皆 SUCCEEDED。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後端、MCP、Web TypeScript typecheck 全過；direct activation 與 MCP 精簡回應測試全過。</w:t>
      </w:r>
    </w:p>
    <w:p>
      <w:pPr>
        <w:pStyle w:val="ListBullet"/>
        <w:spacing w:after="60"/>
      </w:pPr>
      <w:r>
        <w:rPr>
          <w:rFonts w:ascii="Arial Unicode MS" w:hAnsi="Arial Unicode MS" w:eastAsia="Arial Unicode MS"/>
          <w:sz w:val="20"/>
        </w:rPr>
        <w:t>FDE/Shadow/強制 Builder test 不再出現在建立與續訓流程；歷史相容狀態只用來承接舊資料。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0D5DD"/>
          <w:left w:val="single" w:sz="6" w:color="D0D5DD"/>
          <w:bottom w:val="single" w:sz="6" w:color="D0D5DD"/>
          <w:right w:val="single" w:sz="6" w:color="D0D5DD"/>
          <w:insideH w:val="single" w:sz="6" w:color="D0D5DD"/>
          <w:insideV w:val="single" w:sz="6" w:color="D0D5DD"/>
        </w:tblBorders>
      </w:tblPr>
      <w:tblGrid>
        <w:gridCol w:w="2232"/>
        <w:gridCol w:w="7344"/>
      </w:tblGrid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程式備份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pm-e2e-preclear-20260830.dump / pm-e2e-pre-dedupe-20260830.dump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截圖資料夾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/Users/kevin/Documents/aurion/aios-data/test-artifacts/pm-computer-use-e2e-20260830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公開 Plugin commit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e820505 · Release aurion-aios-builder v1.7.3</w:t>
            </w:r>
          </w:p>
        </w:tc>
      </w:tr>
      <w:tr>
        <w:tc>
          <w:tcPr>
            <w:tcW w:type="dxa" w:w="223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b/>
                <w:color w:val="203748"/>
                <w:sz w:val="19"/>
              </w:rPr>
              <w:t>說明書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 Unicode MS" w:hAnsi="Arial Unicode MS" w:eastAsia="Arial Unicode MS"/>
                <w:sz w:val="19"/>
              </w:rPr>
              <w:t>/Users/kevin/Documents/aurion/web os system/docs/PM-AI-Employee-Computer-Use-Test-Manual-20260830.docx</w:t>
            </w:r>
          </w:p>
        </w:tc>
      </w:tr>
    </w:tbl>
    <w:p>
      <w:r>
        <w:rPr>
          <w:rFonts w:ascii="Arial Unicode MS" w:hAnsi="Arial Unicode MS" w:eastAsia="Arial Unicode MS"/>
          <w:b/>
          <w:i w:val="0"/>
          <w:color w:val="2E74B5"/>
        </w:rPr>
        <w:t>下一次建員工時，請先用本手冊第 4～10 頁的自然對話方式開始；遇到真錯誤，再依第 13 頁的規則更新 Prompt。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-claude-before-new-sessio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測試前：Claude 桌面版原本的工作狀態。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laude-clean-new-sessio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清空舊 PM 測試資料後，開啟乾淨的新對話。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2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claude-vague-prompt-before-send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用一般主管的模糊說法開始：想要一位 PM 小幫手。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laude-first-questio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Claude 沒有猜資料來源，先問進度平常放在哪裡。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3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claude-second-question-risk-rules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第二個問題：怎樣才算注意、落後或阻塞。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laude-third-question-output-format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第三個問題：Kevin 想看到什麼報告格式。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4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laude-asks-real-example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Claude 要一份真實但凌亂的進度，拿來試教。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laude-training-demo-first-output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第一次試教輸出；測到整體狀態與推測責任人的錯誤。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5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claude-corrected-demo-output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主管用自然語句糾正後，同一對話立即重做。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laude-activation-prompt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確認規則夠用後，要求直接啟用，不走 FDE。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6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laude-activation-success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Claude 透過 Remote MCP 建立並啟用 PM 小幫手。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browser-mcp-auth-success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瀏覽器完成 Aurion AIOS MCP OAuth 登入。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7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browser-kevin-workspace-agent-visible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Kevin 工作台已看到新員工；此時部門欄位仍暴露舊值問題。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laude-retraining-prompt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在既有 Agent 上繼續教，不建立另一位員工。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8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claude-retraining-bugs-found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重訓時發現部門 schema 與同名 Skill 重複問題。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claude-new-session-resume-prompt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換一個 Claude 對話，仍用 agentId 續接同一個後端 Session。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9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claude-cross-session-retraining-success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跨 Claude 對話續訓成功，Agent ID 沒變。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claude-runtime-success-prompt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實際使用情境一：資料完整、無阻塞。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10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claude-runtime-success-result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情境一 Run 成功，產出固定六區塊報告。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claude-runtime-missing-blocked-prompt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實際使用情境二：缺期限，而且供應商 API 卡住。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11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-claude-runtime-missing-blocked-result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情境二正確標示阻塞與缺期限，沒有亂猜。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-claude-runtime-error-conflict-prompt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實際使用情境三：先給錯 Agent ID，再測日期衝突。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12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-claude-runtime-expected-404-recovery.jpe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錯 ID 回 404；Claude 誠實記錄失敗並改用正確 ID。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-claude-runtime-error-recovery-result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復原後成功；日期衝突進入今日結論與 Kevin 決策第一項。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13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-claude-retraining-quality-fix.jpe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把『無衝突不得虛設決策題』回寫到同一位員工，Skill 升到 v3。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-browser-kevin-pm-agent-final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Kevin 工作台最終驗證：ACTIVE、部門專案管理、唯一技能。</w:t>
      </w:r>
    </w:p>
    <w:p>
      <w:pPr>
        <w:pageBreakBefore/>
      </w:pPr>
      <w:r>
        <w:rPr>
          <w:rFonts w:ascii="Arial Unicode MS" w:hAnsi="Arial Unicode MS" w:eastAsia="Arial Unicode MS"/>
          <w:b/>
          <w:i w:val="0"/>
          <w:color w:val="B06A00"/>
          <w:sz w:val="17"/>
        </w:rPr>
        <w:t>COMPLETE EVIDENCE</w:t>
      </w:r>
    </w:p>
    <w:p>
      <w:pPr>
        <w:pStyle w:val="Heading1"/>
      </w:pPr>
      <w:r>
        <w:t>截圖附錄 14 / 14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-browser-pm-agent-detail.jpe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員工詳情頁實讀：角色 Prompt 已包含 v3 新規則。</w:t>
      </w:r>
    </w:p>
    <w:p>
      <w:pPr>
        <w:keepNext/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350473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-claude-runtime-v3-regression-pass.jpe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5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Note"/>
        <w:jc w:val="center"/>
      </w:pPr>
      <w:r>
        <w:t>最後回歸通過：沒有日期衝突時，不再製造假決策題。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936" w:left="1181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 Unicode MS" w:hAnsi="Arial Unicode MS" w:eastAsia="Arial Unicode MS"/>
        <w:color w:val="667085"/>
        <w:sz w:val="16"/>
      </w:rPr>
      <w:t xml:space="preserve">內部使用  |  2026-08-30  |  第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Arial Unicode MS" w:hAnsi="Arial Unicode MS" w:eastAsia="Arial Unicode MS"/>
        <w:color w:val="667085"/>
        <w:sz w:val="16"/>
      </w:rP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 Unicode MS" w:hAnsi="Arial Unicode MS" w:eastAsia="Arial Unicode MS"/>
        <w:color w:val="667085"/>
        <w:sz w:val="16"/>
      </w:rPr>
      <w:t>AURION AIOS  ·  PM AI 員工實測手冊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Arial Unicode MS" w:hAnsi="Arial Unicode MS" w:eastAsia="Arial Unicode M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0374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20374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Note">
    <w:name w:val="Caption Note"/>
    <w:pPr>
      <w:keepNext w:val="0"/>
      <w:spacing w:before="40" w:after="120"/>
    </w:pPr>
    <w:rPr>
      <w:rFonts w:ascii="Arial Unicode MS" w:hAnsi="Arial Unicode MS" w:eastAsia="Arial Unicode MS"/>
      <w:color w:val="66708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jpeg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jpeg"/><Relationship Id="rId28" Type="http://schemas.openxmlformats.org/officeDocument/2006/relationships/image" Target="media/image18.jpeg"/><Relationship Id="rId29" Type="http://schemas.openxmlformats.org/officeDocument/2006/relationships/image" Target="media/image19.jpeg"/><Relationship Id="rId30" Type="http://schemas.openxmlformats.org/officeDocument/2006/relationships/image" Target="media/image20.jpeg"/><Relationship Id="rId31" Type="http://schemas.openxmlformats.org/officeDocument/2006/relationships/image" Target="media/image21.jpeg"/><Relationship Id="rId32" Type="http://schemas.openxmlformats.org/officeDocument/2006/relationships/image" Target="media/image22.jpeg"/><Relationship Id="rId33" Type="http://schemas.openxmlformats.org/officeDocument/2006/relationships/image" Target="media/image23.jpeg"/><Relationship Id="rId34" Type="http://schemas.openxmlformats.org/officeDocument/2006/relationships/image" Target="media/image24.jpeg"/><Relationship Id="rId35" Type="http://schemas.openxmlformats.org/officeDocument/2006/relationships/image" Target="media/image25.jpeg"/><Relationship Id="rId36" Type="http://schemas.openxmlformats.org/officeDocument/2006/relationships/image" Target="media/image26.jpeg"/><Relationship Id="rId37" Type="http://schemas.openxmlformats.org/officeDocument/2006/relationships/image" Target="media/image27.jpeg"/><Relationship Id="rId38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Claude 對話建立與教會 PM AI 員工</dc:title>
  <dc:subject>Aurion AIOS Computer Use 端到端測試與新手使用說明</dc:subject>
  <dc:creator>OpenAI Codex for Aurion</dc:creator>
  <cp:keywords>Aurion AIOS, Claude, MCP, PM, AI Agent, Computer Use</cp:keywords>
  <dc:description>以實機測試與 28 張截圖建立；2026-08-30。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